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החפץ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חפץ ביתי שיש לו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לאסוף מידע מבני המשפחה על מקור החפץ ותולדותיו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תיאור מסודר של סיפור החפץ וחשיבותו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למצוא חפץ עם סיפור משפחתי ולכתוב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בצילום או בציור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המשימה מבקשת חפץ שיש לו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מאפשר גם צילום וגם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שאלות ומידע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(איך קוראים לחפץ)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הבעלים של החפץ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הערך הרגשי של החפץ עבור המשפחה)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ביצוע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לחפש בבית חפץ עם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לצלם או לצייר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בני משפחה פרטים על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חפץ, פרטי מקור או תקופה, סיפור קצר על החפץ והסבר על חשיבותו הרגשית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וברור של החפץ ומקורו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 אישי שהתגלה בשיחה עם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שסיפורים משפחתיים שומרים על הזיכרון וההיסטוריה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תמונה או ציור של החפץ כבר מהבית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בכיתה על סוגי חפצים אפשריים (תכשיט, מכתב, כלי בית)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להציע רשימת שאלות מנחות לראיון עם בני המשפחה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החפץ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איך בוחרים חפץ מהבית שיש לו סיפור משפחתי, אילו שאלות שואלים כדי לאסוף עליו מידע, וכיצד כותבים את הסיפור בצורה מסודרת.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משפחתי  ·  ציור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משימת החפץ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לצייר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למצוא חפץ עם סיפור משפחתי ולכתוב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אפשר להציג את החפץ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בצילום או בציור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חפץ שאין לו שום סיפור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לצייר את החפץ במקום לצלם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חפץ שיש לו סיפור ועובר מדור לדור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להציג את החפץ בעזרת צילום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שאלות ומידע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הערך הרגשי של החפץ עבור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למי הוא שייך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איך קוראים לחפץ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למה החפץ חשוב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הבעלים של החפץ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שלבי ביצוע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לצלם או לצייר את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בני משפחה פרטים על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לחפש בבית חפץ עם סיפור משפחתי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מהבית וכתבו את סיפורו: מי הביא אותו, מאיפה או מאיזו תקופה, ולמה הוא חשוב למשפחה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חפץ בחרתם ולמה הוא מיוחד?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הכי הפתיע אתכם כששאלתם בני משפחה על החפץ?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החפץ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