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אלבום המשפחה שלי – שבילי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החפץ המספר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חפץ ביתי שיש לו סיפור משפחתי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לאסוף מידע מבני המשפחה על מקור החפץ ותולדותיו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תיאור מסודר של סיפור החפץ וחשיבותו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למצוא חפץ עם סיפור משפחתי ולכתוב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בצילום או בציור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מבני המשפחה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מחיר החפץ בחנות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כדי להבין את הערך הרגשי וההיסטורי שלו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המשימה מבקשת חפץ שיש לו סיפור משפחתי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הדף מאפשר גם צילום וגם ציור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אחד הפרטים המבוקשים במשימה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זה חלק מהמידע שצריך לכתוב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משפחתי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ציור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מורשת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שאלות ומידע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(איך קוראים לחפץ)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(מי הבעלים של החפץ במשפחה)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(מתי ומאיפה החפץ הגיע למשפחה)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(מה קרה עם החפץ במשך השנים)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(מה הערך הרגשי של החפץ עבור המשפחה)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שלבי ביצוע המשימה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לחפש בבית חפץ עם סיפור משפחתי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לצלם או לצייר את החפץ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לשאול בני משפחה פרטים על החפץ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לכתוב את שם החפץ ולמי הוא שייך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לכתוב את סיפור החפץ ולמה הוא חשוב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התשובה כוללת שם חפץ, פרטי מקור או תקופה, סיפור קצר על החפץ והסבר על חשיבותו הרגשית למשפחה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תיאור קצר וברור של החפץ ומקורו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פרט אישי שהתגלה בשיחה עם המשפחה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שסיפורים משפחתיים שומרים על הזיכרון וההיסטוריה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לבקש מהתלמידים להביא תמונה או ציור של החפץ כבר מהבית לפני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שיחה קצרה בכיתה על סוגי חפצים אפשריים (תכשיט, מכתב, כלי בית)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שמתקשים אפשר להציע רשימת שאלות מנחות לראיון עם בני המשפחה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אלבום המשפחה שלי – שבילי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החפץ המספר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איך בוחרים חפץ מהבית עם סיפור, איך שואלים על החפץ, ואיך כותבים עליו.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חפץ משפחתי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מהבית שיש לו סיפור ועבר מדור לדור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מורשת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דברים וסיפורים שעוברים ממשפחה למשפחה לאורך השנים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אנשים שחיה באותה תקופה, כמו סבים, הורים, ילדים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תקופה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זמן מסוים בעבר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מקור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או האדם שמהם הגיע משהו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ראיון משפחתי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שיחה עם בן משפחה כדי לאסוף מידע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ערך רגשי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חשיבות שיש לדבר בגלל הרגשות שהוא מעורר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צריך לעשות במשימה הזאת?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לצייר ציור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למצוא חפץ עם סיפור משפחתי ולכתוב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לקנות חפץ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לצלם את 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באילו דרכים אפשר להראות את החפץ?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בצילום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בציור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בצילום או בציור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אסור להציג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ממי שואלים שאלות על החפץ?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מחברים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מבני המשפחה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מהאינטרנט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צורך לאסוף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לא קשור לסיפור החפץ?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החפץ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מחיר החפץ בחנות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למי הוא שייך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מאיזו תקופה הגיע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כדאי לכתוב על החשיבות של החפץ?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להבין את הערך הרגשי וההיסטורי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למכור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לזרוק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חשיבות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לבחור חפץ שאין לו שום סיפור מיוחד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לצייר את החפץ במקום לצלם אותו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התמונה והטקסט שכותבים נשמרים רק במכשיר שבו עובדים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חשוב לציין מאיזו תקופה או מאיפה הגיע החפץ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אין צורך לציין למי שייך החפץ במשפחה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חפץ שיש לו סיפור ועובר מדור לדור נקרא חפץ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לדעת מאיזו תקופה הגיע החפץ כדאי לשאול בני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אפשר להציג את החפץ בעזרת צילום או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הסיפור על החפץ עוזר לנו להכיר את העבר של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שמירת זיכרונות וסיפורים משפחתיים לאורך השנים נקראת גם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שאלות ומידע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שם החפץ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 הבעלים של החפץ במשפחה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למי הוא שייך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מה קרה עם החפץ במשך השנים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מאיזו תקופה הגיע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מה הערך הרגשי של החפץ עבור המשפחה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הסיפור של החפץ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איך קוראים לחפץ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למה החפץ חשוב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מתי ומאיפה החפץ הגיע למשפחה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שלבי ביצוע המשימה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את שם החפץ ולמי הוא שייך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את סיפור החפץ ולמה הוא חשוב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לחפש בבית חפץ עם סיפור משפחתי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לשאול בני משפחה פרטים על החפץ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לצלם או לצייר את החפץ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חפץ מהבית וכתבו את סיפורו: מי הביא אותו, מאיפה או מאיזו תקופה, ולמה הוא חשוב למשפחה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חפץ בחרתם ולמה הוא מיוחד?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הכי הפתיע אתכם כששאלתם בני משפחה על החפץ?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לשמור ולספר סיפורים כאלה?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החפץ המספר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